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9B317" w14:textId="77777777">
      <w:pPr>
        <w:spacing w:after="0" w:line="360" w:lineRule="auto"/>
        <w:rPr>
          <w:rFonts w:asciiTheme="majorHAnsi" w:hAnsiTheme="majorHAnsi" w:cstheme="majorHAnsi"/>
          <w:b/>
          <w:bCs/>
          <w:color w:val="FF0000"/>
          <w:sz w:val="24"/>
          <w:szCs w:val="24"/>
          <w:lang w:val="en-AE"/>
        </w:rPr>
      </w:pPr>
    </w:p>
    <w:p w14:paraId="4D771CC5" w14:textId="77777777">
      <w:pPr>
        <w:spacing w:after="0" w:line="360" w:lineRule="auto"/>
        <w:rPr>
          <w:rFonts w:asciiTheme="majorHAnsi" w:hAnsiTheme="majorHAnsi" w:cstheme="majorHAnsi"/>
          <w:b/>
          <w:bCs/>
          <w:color w:val="FF0000"/>
          <w:sz w:val="24"/>
          <w:szCs w:val="24"/>
          <w:lang w:val="en-AE"/>
        </w:rPr>
      </w:pPr>
    </w:p>
    <w:p w14:paraId="52F388B3" w14:textId="460874D6">
      <w:pPr>
        <w:spacing w:after="0" w:line="360" w:lineRule="auto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color w:val="FF0000"/>
          <w:sz w:val="24"/>
          <w:szCs w:val="24"/>
          <w:lang w:val="en-AE"/>
        </w:rPr>
        <w:t>Private &amp; Confidential</w:t>
      </w:r>
    </w:p>
    <w:p w14:paraId="4238B245" w14:textId="0BF862D0">
      <w:pPr>
        <w:spacing w:after="0" w:line="360" w:lineRule="auto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 xml:space="preserve">Date: </w:t>
      </w:r>
      <w:r>
        <w:rPr>
          <w:rFonts w:asciiTheme="majorHAnsi" w:hAnsiTheme="majorHAnsi" w:cstheme="majorHAnsi"/>
          <w:sz w:val="24"/>
          <w:szCs w:val="24"/>
          <w:lang w:val="en-AE"/>
        </w:rPr>
        <w:t>[DD/MM/YYYY]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br/>
        <w:t xml:space="preserve">Ref No.: </w:t>
      </w:r>
      <w:r>
        <w:rPr>
          <w:rFonts w:asciiTheme="majorHAnsi" w:hAnsiTheme="majorHAnsi" w:cstheme="majorHAnsi"/>
          <w:sz w:val="24"/>
          <w:szCs w:val="24"/>
          <w:lang w:val="en-AE"/>
        </w:rPr>
        <w:t>[Reference Number, if applicable]</w:t>
      </w:r>
    </w:p>
    <w:p w14:paraId="3A412DCA" w14:textId="77777777">
      <w:pPr>
        <w:spacing w:after="0" w:line="360" w:lineRule="auto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br/>
        <w:t>To: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br/>
      </w:r>
      <w:r>
        <w:rPr>
          <w:rFonts w:asciiTheme="majorHAnsi" w:hAnsiTheme="majorHAnsi" w:cstheme="majorHAnsi"/>
          <w:sz w:val="24"/>
          <w:szCs w:val="24"/>
          <w:lang w:val="en-AE"/>
        </w:rPr>
        <w:t>Mr./Ms. [Full Name]</w:t>
      </w:r>
      <w:r>
        <w:rPr>
          <w:rFonts w:asciiTheme="majorHAnsi" w:hAnsiTheme="majorHAnsi" w:cstheme="majorHAnsi"/>
          <w:sz w:val="24"/>
          <w:szCs w:val="24"/>
          <w:lang w:val="en-AE"/>
        </w:rPr>
        <w:br/>
        <w:t>[City, Country]</w:t>
      </w:r>
    </w:p>
    <w:p w14:paraId="141BDD75" w14:textId="72F22AC6">
      <w:pPr>
        <w:spacing w:after="0" w:line="360" w:lineRule="auto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>[</w:t>
      </w:r>
      <w:r>
        <w:rPr>
          <w:rFonts w:asciiTheme="majorHAnsi" w:hAnsiTheme="majorHAnsi" w:cstheme="majorHAnsi"/>
          <w:sz w:val="24"/>
          <w:szCs w:val="24"/>
          <w:lang w:val="en-AE"/>
        </w:rPr>
        <w:t>Contact number</w:t>
      </w:r>
      <w:r>
        <w:rPr>
          <w:rFonts w:asciiTheme="majorHAnsi" w:hAnsiTheme="majorHAnsi" w:cstheme="majorHAnsi"/>
          <w:sz w:val="24"/>
          <w:szCs w:val="24"/>
          <w:lang w:val="en-AE"/>
        </w:rPr>
        <w:t>]</w:t>
      </w:r>
      <w:r>
        <w:rPr>
          <w:rFonts w:asciiTheme="majorHAnsi" w:hAnsiTheme="majorHAnsi" w:cstheme="majorHAnsi"/>
          <w:sz w:val="24"/>
          <w:szCs w:val="24"/>
          <w:lang w:val="en-AE"/>
        </w:rPr>
        <w:br/>
        <w:t>[Email Address]</w:t>
      </w:r>
    </w:p>
    <w:p w14:paraId="6822190F" w14:textId="77777777">
      <w:pPr>
        <w:spacing w:after="0" w:line="360" w:lineRule="auto"/>
        <w:rPr>
          <w:rFonts w:asciiTheme="majorHAnsi" w:hAnsiTheme="majorHAnsi" w:cstheme="majorHAnsi"/>
          <w:sz w:val="24"/>
          <w:szCs w:val="24"/>
          <w:lang w:val="en-AE"/>
        </w:rPr>
      </w:pPr>
    </w:p>
    <w:p w14:paraId="5862C729" w14:textId="77777777">
      <w:pPr>
        <w:spacing w:after="0" w:line="360" w:lineRule="auto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Subject: Offer of Employment – [Job Title]</w:t>
      </w:r>
    </w:p>
    <w:p w14:paraId="47013CF1" w14:textId="77777777">
      <w:pPr>
        <w:spacing w:after="0" w:line="360" w:lineRule="auto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</w:p>
    <w:p w14:paraId="607F58A5" w14:textId="652BF767">
      <w:pPr>
        <w:spacing w:after="0" w:line="360" w:lineRule="auto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 xml:space="preserve">Dear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Mr./Ms. [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Full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 xml:space="preserve"> Name],</w:t>
      </w:r>
    </w:p>
    <w:p w14:paraId="576BEE9E" w14:textId="77777777">
      <w:pPr>
        <w:spacing w:after="0" w:line="360" w:lineRule="auto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</w:p>
    <w:p w14:paraId="1078893C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 xml:space="preserve">We are pleased to extend this formal offer of employment for the position of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[Job Title]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with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[Company Name]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(the “Company”), located in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[City, Emirate]</w:t>
      </w:r>
      <w:r>
        <w:rPr>
          <w:rFonts w:asciiTheme="majorHAnsi" w:hAnsiTheme="majorHAnsi" w:cstheme="majorHAnsi"/>
          <w:sz w:val="24"/>
          <w:szCs w:val="24"/>
          <w:lang w:val="en-AE"/>
        </w:rPr>
        <w:t>, United Arab Emirates. This offer is made based on your qualifications, experience, and the successful completion of our selection process. The terms and conditions of your employment are as follows:</w:t>
      </w:r>
    </w:p>
    <w:p w14:paraId="47B7AE30" w14:textId="77777777">
      <w:pPr>
        <w:spacing w:after="0" w:line="360" w:lineRule="auto"/>
        <w:rPr>
          <w:rFonts w:asciiTheme="majorHAnsi" w:hAnsiTheme="majorHAnsi" w:cstheme="majorHAnsi"/>
          <w:sz w:val="24"/>
          <w:szCs w:val="24"/>
          <w:lang w:val="en-AE"/>
        </w:rPr>
      </w:pPr>
    </w:p>
    <w:p w14:paraId="23418A23" w14:textId="77777777">
      <w:pPr>
        <w:spacing w:after="0" w:line="360" w:lineRule="auto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1. Position &amp; Reporting</w:t>
      </w:r>
    </w:p>
    <w:p w14:paraId="245D38C2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 xml:space="preserve">You will be appointed as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[Job Title]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, reporting directly to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[Reporting Manager’s Name]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,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[Designation]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or to any other person as designated by the Company. Your role and responsibilities will be aligned with the job description provided and may evolve in accordance with business needs.</w:t>
      </w:r>
    </w:p>
    <w:p w14:paraId="021A35F8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5D39E240" w14:textId="77777777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2. Commencement of Employment</w:t>
      </w:r>
    </w:p>
    <w:p w14:paraId="10A9A17F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 xml:space="preserve">Your anticipated joining date is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[DD/MM/YYYY]</w:t>
      </w:r>
      <w:r>
        <w:rPr>
          <w:rFonts w:asciiTheme="majorHAnsi" w:hAnsiTheme="majorHAnsi" w:cstheme="majorHAnsi"/>
          <w:sz w:val="24"/>
          <w:szCs w:val="24"/>
          <w:lang w:val="en-AE"/>
        </w:rPr>
        <w:t>. Please note this date is subject to successful visa processing and completion of all required formalities under UAE Labour Law.</w:t>
      </w:r>
    </w:p>
    <w:p w14:paraId="6864969E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0983EB29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462E6F4A" w14:textId="77777777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3. Place of Work</w:t>
      </w:r>
    </w:p>
    <w:p w14:paraId="7E704777" w14:textId="69AB3F42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 xml:space="preserve">Your primary work location will be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[Office Address or City]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, United Arab Emirates. However, you may be required to 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work or </w:t>
      </w:r>
      <w:r>
        <w:rPr>
          <w:rFonts w:asciiTheme="majorHAnsi" w:hAnsiTheme="majorHAnsi" w:cstheme="majorHAnsi"/>
          <w:sz w:val="24"/>
          <w:szCs w:val="24"/>
          <w:lang w:val="en-AE"/>
        </w:rPr>
        <w:t>travel within or outside the UAE as per business requirements.</w:t>
      </w:r>
    </w:p>
    <w:p w14:paraId="3B7F4C04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5B618B00" w14:textId="77777777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4. Salary &amp; Compensation</w:t>
      </w:r>
    </w:p>
    <w:p w14:paraId="481E56AA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 xml:space="preserve">Your gross monthly compensation will be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AED [Total Amount]</w:t>
      </w:r>
      <w:r>
        <w:rPr>
          <w:rFonts w:asciiTheme="majorHAnsi" w:hAnsiTheme="majorHAnsi" w:cstheme="majorHAnsi"/>
          <w:sz w:val="24"/>
          <w:szCs w:val="24"/>
          <w:lang w:val="en-AE"/>
        </w:rPr>
        <w:t>, structured as follows:</w:t>
      </w:r>
    </w:p>
    <w:p w14:paraId="4EEFA587" w14:textId="77777777">
      <w:pPr>
        <w:numPr>
          <w:ilvl w:val="0"/>
          <w:numId w:val="12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Basic Salary: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AED [Amount]</w:t>
      </w:r>
    </w:p>
    <w:p w14:paraId="5AAE09DA" w14:textId="77777777">
      <w:pPr>
        <w:numPr>
          <w:ilvl w:val="0"/>
          <w:numId w:val="12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Housing Allowance: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AED [Amount]</w:t>
      </w:r>
    </w:p>
    <w:p w14:paraId="61BCD9EB" w14:textId="77777777">
      <w:pPr>
        <w:numPr>
          <w:ilvl w:val="0"/>
          <w:numId w:val="12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Transport Allowance: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AED [Amount]</w:t>
      </w:r>
    </w:p>
    <w:p w14:paraId="2500F187" w14:textId="77777777">
      <w:pPr>
        <w:numPr>
          <w:ilvl w:val="0"/>
          <w:numId w:val="12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Other Fixed Allowances: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AED [Amount]</w:t>
      </w:r>
    </w:p>
    <w:p w14:paraId="303E83C3" w14:textId="77777777">
      <w:pPr>
        <w:numPr>
          <w:ilvl w:val="0"/>
          <w:numId w:val="12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Total Gross Salary: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AED [Total Amount] (per calendar month)</w:t>
      </w:r>
    </w:p>
    <w:p w14:paraId="6951A0C3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 xml:space="preserve">This amount is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all-inclusive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and covers all entitlements including any allowances unless otherwise specified in writing.</w:t>
      </w:r>
    </w:p>
    <w:p w14:paraId="1EEDE9DB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54FF3F79" w14:textId="77777777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5. Benefits &amp; Entitlements</w:t>
      </w:r>
    </w:p>
    <w:p w14:paraId="5F32F38D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 xml:space="preserve">You will be eligible for the following benefits in accordance with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Federal Decree Law No. 33 of 2021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and its amendments, and as per Company policy:</w:t>
      </w:r>
    </w:p>
    <w:p w14:paraId="40B645F5" w14:textId="77777777">
      <w:pPr>
        <w:numPr>
          <w:ilvl w:val="0"/>
          <w:numId w:val="13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Annual Leave: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30 calendar days of paid annual leave upon completion of one year of continuous service.</w:t>
      </w:r>
    </w:p>
    <w:p w14:paraId="2BA6AAC3" w14:textId="77777777">
      <w:pPr>
        <w:numPr>
          <w:ilvl w:val="0"/>
          <w:numId w:val="13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Medical Insurance: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Provided in accordance with UAE law and company policy.</w:t>
      </w:r>
    </w:p>
    <w:p w14:paraId="33F1BDC0" w14:textId="77777777">
      <w:pPr>
        <w:numPr>
          <w:ilvl w:val="0"/>
          <w:numId w:val="13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End of Service Benefits: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As per the provisions of the UAE Labour Law.</w:t>
      </w:r>
    </w:p>
    <w:p w14:paraId="5C095075" w14:textId="77777777">
      <w:pPr>
        <w:numPr>
          <w:ilvl w:val="0"/>
          <w:numId w:val="13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Air Ticket/Leave Travel Allowance: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[If applicable, specify details or mention “As per company policy”].</w:t>
      </w:r>
    </w:p>
    <w:p w14:paraId="5232D7E7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5EFF77E2" w14:textId="77777777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6. Working Hours</w:t>
      </w:r>
    </w:p>
    <w:p w14:paraId="09A6F485" w14:textId="77F838EA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 xml:space="preserve">The official working hours are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[Start Time] to [End Time]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, </w:t>
      </w:r>
      <w:r>
        <w:rPr>
          <w:rFonts w:asciiTheme="majorHAnsi" w:hAnsiTheme="majorHAnsi" w:cstheme="majorHAnsi"/>
          <w:sz w:val="24"/>
          <w:szCs w:val="24"/>
          <w:lang w:val="en-AE"/>
        </w:rPr>
        <w:t>from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en-AE"/>
        </w:rPr>
        <w:t>Monday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to </w:t>
      </w:r>
      <w:proofErr w:type="spellStart"/>
      <w:r>
        <w:rPr>
          <w:rFonts w:asciiTheme="majorHAnsi" w:hAnsiTheme="majorHAnsi" w:cstheme="majorHAnsi"/>
          <w:sz w:val="24"/>
          <w:szCs w:val="24"/>
          <w:lang w:val="en-AE"/>
        </w:rPr>
        <w:t>friday</w:t>
      </w:r>
      <w:proofErr w:type="spellEnd"/>
      <w:r>
        <w:rPr>
          <w:rFonts w:asciiTheme="majorHAnsi" w:hAnsiTheme="majorHAnsi" w:cstheme="majorHAnsi"/>
          <w:sz w:val="24"/>
          <w:szCs w:val="24"/>
          <w:lang w:val="en-AE"/>
        </w:rPr>
        <w:t xml:space="preserve">, </w:t>
      </w:r>
      <w:r>
        <w:rPr>
          <w:rFonts w:asciiTheme="majorHAnsi" w:hAnsiTheme="majorHAnsi" w:cstheme="majorHAnsi"/>
          <w:sz w:val="24"/>
          <w:szCs w:val="24"/>
          <w:lang w:val="en-AE"/>
        </w:rPr>
        <w:t>with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 xml:space="preserve">[X] hours per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day</w:t>
      </w:r>
      <w:r>
        <w:rPr>
          <w:rFonts w:asciiTheme="majorHAnsi" w:hAnsiTheme="majorHAnsi" w:cstheme="majorHAnsi"/>
          <w:sz w:val="24"/>
          <w:szCs w:val="24"/>
          <w:lang w:val="en-AE"/>
        </w:rPr>
        <w:t>, with breaks as permitted by law.</w:t>
      </w:r>
    </w:p>
    <w:p w14:paraId="569E0D32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6F16092E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19228889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165E65D9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627926AD" w14:textId="77777777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7. Probation Period</w:t>
      </w:r>
    </w:p>
    <w:p w14:paraId="5CCDB188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 xml:space="preserve">You will undergo a probationary period of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[Up to 6 months]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from the date of joining. During this period, your performance will be evaluated. Either party may terminate the employment during this period by giving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14 days’ written notice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or payment in lieu, in accordance with UAE Labour Law.</w:t>
      </w:r>
    </w:p>
    <w:p w14:paraId="5F009931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550C0B01" w14:textId="77777777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8. Termination &amp; Notice Period</w:t>
      </w:r>
    </w:p>
    <w:p w14:paraId="4A0F0618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 xml:space="preserve">Upon successful completion of the probationary period, either party may terminate this contract by giving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[30/60/90] days’ written notice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or payment in lieu thereof, as per the terms outlined in the UAE Labour Law and company policies.</w:t>
      </w:r>
    </w:p>
    <w:p w14:paraId="0C48B3FE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143020B0" w14:textId="77777777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 xml:space="preserve">9. Confidentiality &amp; </w:t>
      </w:r>
      <w:proofErr w:type="gramStart"/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Non-Disclosure</w:t>
      </w:r>
      <w:proofErr w:type="gramEnd"/>
    </w:p>
    <w:p w14:paraId="1562B105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>You shall maintain strict confidentiality with respect to all Company information, data, intellectual property, client details, and trade secrets both during and after your employment. A separate NDA may be issued for signature.</w:t>
      </w:r>
    </w:p>
    <w:p w14:paraId="41033461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03F155D5" w14:textId="77777777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10. Employment Visa &amp; Legal Formalities</w:t>
      </w:r>
    </w:p>
    <w:p w14:paraId="5C767690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 xml:space="preserve">This offer is subject to the successful processing of your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employment visa, Emirates ID, and labour contract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under the UAE Ministry of Human Resources and Emiratisation (MOHRE). Employment is contingent upon successful completion of all legal and onboarding formalities.</w:t>
      </w:r>
    </w:p>
    <w:p w14:paraId="7EAB67C0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12BD7EB9" w14:textId="77777777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11. Company Policies &amp; Code of Conduct</w:t>
      </w:r>
    </w:p>
    <w:p w14:paraId="0AB34A24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>You are expected to comply with all company rules, code of conduct, ethics, and HR policies, which may be amended from time to time. A full copy will be shared upon onboarding.</w:t>
      </w:r>
    </w:p>
    <w:p w14:paraId="5E71FFD0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72243849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207CDE69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4DA0E091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73608637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6A18D707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25453CC0" w14:textId="77777777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12. Entire Agreement</w:t>
      </w:r>
    </w:p>
    <w:p w14:paraId="6C385449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>This offer letter supersedes any prior discussions or correspondence and shall form the basis of your formal employment contract, to be signed upon completion of immigration formalities.</w:t>
      </w:r>
    </w:p>
    <w:p w14:paraId="4D0E27D6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71F34361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 xml:space="preserve">Kindly confirm your acceptance of this offer by signing and returning a scanned copy of this letter by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[Deadline Date]</w:t>
      </w:r>
      <w:r>
        <w:rPr>
          <w:rFonts w:asciiTheme="majorHAnsi" w:hAnsiTheme="majorHAnsi" w:cstheme="majorHAnsi"/>
          <w:sz w:val="24"/>
          <w:szCs w:val="24"/>
          <w:lang w:val="en-AE"/>
        </w:rPr>
        <w:t>. We are confident that your contribution will add great value to our organization, and we look forward to welcoming you on board.</w:t>
      </w:r>
    </w:p>
    <w:p w14:paraId="4933A4F8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1C6CCBFD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>Should you have any queries, please feel free to reach out.</w:t>
      </w:r>
    </w:p>
    <w:p w14:paraId="6033A910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76756B4D" w14:textId="77777777">
      <w:pPr>
        <w:spacing w:after="0" w:line="360" w:lineRule="auto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>Yours sincerely,</w:t>
      </w:r>
    </w:p>
    <w:p w14:paraId="1F676C90" w14:textId="77777777">
      <w:pPr>
        <w:spacing w:after="0" w:line="360" w:lineRule="auto"/>
        <w:rPr>
          <w:rFonts w:asciiTheme="majorHAnsi" w:hAnsiTheme="majorHAnsi" w:cstheme="majorHAnsi"/>
          <w:sz w:val="24"/>
          <w:szCs w:val="24"/>
          <w:lang w:val="en-AE"/>
        </w:rPr>
      </w:pPr>
    </w:p>
    <w:p w14:paraId="14DA642E" w14:textId="11A26E20">
      <w:pPr>
        <w:spacing w:after="0" w:line="360" w:lineRule="auto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br/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[Authorized Signatory’s Full Name]</w:t>
      </w:r>
      <w:r>
        <w:rPr>
          <w:rFonts w:asciiTheme="majorHAnsi" w:hAnsiTheme="majorHAnsi" w:cstheme="majorHAnsi"/>
          <w:sz w:val="24"/>
          <w:szCs w:val="24"/>
          <w:lang w:val="en-AE"/>
        </w:rPr>
        <w:br/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[Designation]</w:t>
      </w:r>
    </w:p>
    <w:p w14:paraId="248E88C1" w14:textId="0DF98A0D">
      <w:pPr>
        <w:spacing w:after="0"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[Official Stamp if applicable]</w:t>
      </w:r>
    </w:p>
    <w:p w14:paraId="55B5F106" w14:textId="77777777">
      <w:pPr>
        <w:spacing w:after="0"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67732910" w14:textId="77777777">
      <w:pPr>
        <w:spacing w:after="0"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206648A6" w14:textId="77777777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Employee Acknowledgement &amp; Acceptance</w:t>
      </w:r>
    </w:p>
    <w:p w14:paraId="0D5D16EF" w14:textId="77777777">
      <w:pPr>
        <w:spacing w:after="0" w:line="360" w:lineRule="auto"/>
        <w:rPr>
          <w:rFonts w:asciiTheme="majorHAnsi" w:hAnsiTheme="majorHAnsi" w:cstheme="majorHAnsi"/>
          <w:b/>
          <w:bCs/>
          <w:sz w:val="24"/>
          <w:szCs w:val="24"/>
          <w:lang w:val="en-AE"/>
        </w:rPr>
      </w:pPr>
    </w:p>
    <w:p w14:paraId="0EFDBA0F" w14:textId="4E79CE9B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 xml:space="preserve">I, </w:t>
      </w:r>
      <w:r>
        <w:rPr>
          <w:rFonts w:asciiTheme="majorHAnsi" w:hAnsiTheme="majorHAnsi" w:cstheme="majorHAnsi"/>
          <w:b/>
          <w:bCs/>
          <w:sz w:val="24"/>
          <w:szCs w:val="24"/>
          <w:lang w:val="en-AE"/>
        </w:rPr>
        <w:t>Mr./Ms. [Employee Full Name],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hereby acknowledge and accept the terms of</w:t>
      </w:r>
      <w:r>
        <w:rPr>
          <w:rFonts w:asciiTheme="majorHAnsi" w:hAnsiTheme="majorHAnsi" w:cstheme="majorHAnsi"/>
          <w:sz w:val="24"/>
          <w:szCs w:val="24"/>
          <w:lang w:val="en-AE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en-AE"/>
        </w:rPr>
        <w:t>employment stated above.</w:t>
      </w:r>
    </w:p>
    <w:p w14:paraId="21593E9D" w14:textId="7777777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AE"/>
        </w:rPr>
      </w:pPr>
    </w:p>
    <w:p w14:paraId="6CA3B158" w14:textId="77777777">
      <w:pPr>
        <w:spacing w:after="0" w:line="360" w:lineRule="auto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t>Signature: _______________________</w:t>
      </w:r>
    </w:p>
    <w:p w14:paraId="36D79C4E" w14:textId="5ED77407">
      <w:pPr>
        <w:spacing w:after="0" w:line="360" w:lineRule="auto"/>
        <w:rPr>
          <w:rFonts w:asciiTheme="majorHAnsi" w:hAnsiTheme="majorHAnsi" w:cstheme="majorHAnsi"/>
          <w:sz w:val="24"/>
          <w:szCs w:val="24"/>
          <w:lang w:val="en-AE"/>
        </w:rPr>
      </w:pPr>
      <w:r>
        <w:rPr>
          <w:rFonts w:asciiTheme="majorHAnsi" w:hAnsiTheme="majorHAnsi" w:cstheme="majorHAnsi"/>
          <w:sz w:val="24"/>
          <w:szCs w:val="24"/>
          <w:lang w:val="en-AE"/>
        </w:rPr>
        <w:br/>
        <w:t>Date: _______________________</w:t>
      </w:r>
    </w:p>
    <w:sectPr>
      <w:headerReference w:type="default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8B1B7" w14:textId="77777777">
      <w:pPr>
        <w:spacing w:after="0" w:line="240" w:lineRule="auto"/>
      </w:pPr>
      <w:r>
        <w:separator/>
      </w:r>
    </w:p>
  </w:endnote>
  <w:endnote w:type="continuationSeparator" w:id="0">
    <w:p w14:paraId="3AE5770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1FC9" w14:textId="59E90E2F">
    <w:pPr>
      <w:pStyle w:val="Footer"/>
      <w:jc w:val="center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462E4" w14:textId="77777777">
      <w:pPr>
        <w:spacing w:after="0" w:line="240" w:lineRule="auto"/>
      </w:pPr>
      <w:r>
        <w:separator/>
      </w:r>
    </w:p>
  </w:footnote>
  <w:footnote w:type="continuationSeparator" w:id="0">
    <w:p w14:paraId="0DF367C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DDFA" w14:textId="09A2766F">
    <w:pPr>
      <w:pStyle w:val="Header"/>
      <w:jc w:val="center"/>
      <w:rPr>
        <w:rFonts w:asciiTheme="majorHAnsi" w:hAnsiTheme="majorHAnsi" w:cstheme="majorHAnsi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7B36C4"/>
    <w:multiLevelType w:val="multilevel"/>
    <w:tmpl w:val="5398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911063"/>
    <w:multiLevelType w:val="multilevel"/>
    <w:tmpl w:val="D55E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B106CA"/>
    <w:multiLevelType w:val="hybridMultilevel"/>
    <w:tmpl w:val="320A1224"/>
    <w:lvl w:ilvl="0" w:tplc="BF48AC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D0AE3"/>
    <w:multiLevelType w:val="multilevel"/>
    <w:tmpl w:val="BDA8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781476">
    <w:abstractNumId w:val="8"/>
  </w:num>
  <w:num w:numId="2" w16cid:durableId="323432761">
    <w:abstractNumId w:val="6"/>
  </w:num>
  <w:num w:numId="3" w16cid:durableId="2069037947">
    <w:abstractNumId w:val="5"/>
  </w:num>
  <w:num w:numId="4" w16cid:durableId="78794178">
    <w:abstractNumId w:val="4"/>
  </w:num>
  <w:num w:numId="5" w16cid:durableId="1009604258">
    <w:abstractNumId w:val="7"/>
  </w:num>
  <w:num w:numId="6" w16cid:durableId="1945651424">
    <w:abstractNumId w:val="3"/>
  </w:num>
  <w:num w:numId="7" w16cid:durableId="1670988519">
    <w:abstractNumId w:val="2"/>
  </w:num>
  <w:num w:numId="8" w16cid:durableId="1558517286">
    <w:abstractNumId w:val="1"/>
  </w:num>
  <w:num w:numId="9" w16cid:durableId="114374009">
    <w:abstractNumId w:val="0"/>
  </w:num>
  <w:num w:numId="10" w16cid:durableId="2017073143">
    <w:abstractNumId w:val="9"/>
  </w:num>
  <w:num w:numId="11" w16cid:durableId="1384477212">
    <w:abstractNumId w:val="11"/>
  </w:num>
  <w:num w:numId="12" w16cid:durableId="545024464">
    <w:abstractNumId w:val="10"/>
  </w:num>
  <w:num w:numId="13" w16cid:durableId="11537222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01DE"/>
    <w:rsid w:val="0006063C"/>
    <w:rsid w:val="000D6B22"/>
    <w:rsid w:val="0015074B"/>
    <w:rsid w:val="0029639D"/>
    <w:rsid w:val="00326F90"/>
    <w:rsid w:val="0061515F"/>
    <w:rsid w:val="00662D87"/>
    <w:rsid w:val="0072655A"/>
    <w:rsid w:val="00807BB9"/>
    <w:rsid w:val="008E6EDE"/>
    <w:rsid w:val="00AA1D8D"/>
    <w:rsid w:val="00B47730"/>
    <w:rsid w:val="00B575E8"/>
    <w:rsid w:val="00C33B34"/>
    <w:rsid w:val="00CB0664"/>
    <w:rsid w:val="00CF0D36"/>
    <w:rsid w:val="00D61EE6"/>
    <w:rsid w:val="00D87E24"/>
    <w:rsid w:val="00DF11C6"/>
    <w:rsid w:val="00FC693F"/>
    <w:rsid w:val="00FD12E6"/>
    <w:rsid w:val="00FE4F8D"/>
    <w:rsid w:val="00FE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7D5654"/>
  <w14:defaultImageDpi w14:val="300"/>
  <w15:docId w15:val="{D7CE0FB6-C99B-4181-A421-5750DCD3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4</cp:revision>
  <dcterms:created xsi:type="dcterms:W3CDTF">2025-04-08T19:06:00Z</dcterms:created>
  <dcterms:modified xsi:type="dcterms:W3CDTF">2026-03-08T08:40:00Z</dcterms:modified>
  <cp:category/>
</cp:coreProperties>
</file>